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Beispiel Hausverwaltung GmbH</w:t>
      </w:r>
      <w:r>
        <w:br/>
      </w:r>
      <w:r>
        <w:t>Am Markt 4</w:t>
      </w:r>
      <w:r>
        <w:br/>
      </w:r>
      <w:r>
        <w:t>04109 Leipzig</w:t>
      </w:r>
    </w:p>
    <w:p>
      <w:r>
        <w:t>Frau Laura Becker</w:t>
      </w:r>
      <w:r>
        <w:br/>
      </w:r>
      <w:r>
        <w:t>Lindenstraße 12, 2. OG links</w:t>
      </w:r>
      <w:r>
        <w:br/>
      </w:r>
      <w:r>
        <w:t>04109 Leipzig</w:t>
      </w:r>
    </w:p>
    <w:p>
      <w:r>
        <w:t>[Ort], [Datum]</w:t>
      </w:r>
    </w:p>
    <w:p>
      <w:r>
        <w:t>Betriebskostenabrechnung für den Zeitraum 01.01.2025 bis 31.12.2025</w:t>
      </w:r>
      <w:r>
        <w:br/>
      </w:r>
      <w:r>
        <w:t>Mietwohnung: Lindenstraße 12, 2. OG links, 04109 Leipzig</w:t>
      </w:r>
    </w:p>
    <w:p>
      <w:r>
        <w:t>Sehr geehrte Frau Becker,</w:t>
      </w:r>
    </w:p>
    <w:p>
      <w:r>
        <w:t>hiermit rechnen wir über die Betriebskosten Ihrer Wohnung für den Zeitraum vom 01.01.2025 bis 31.12.2025 ab.</w:t>
      </w:r>
    </w:p>
    <w:p>
      <w:r>
        <w:rPr>
          <w:b/>
        </w:rPr>
        <w:t>Die Kosten sind nach diesen Schlüsseln verteilt:</w:t>
      </w:r>
    </w:p>
    <w:p>
      <w:pPr>
        <w:pStyle w:val="ListBullet"/>
      </w:pPr>
      <w:r>
        <w:t>Wohnfläche: Ihre Wohnung hat 68 m² von 412 m² Wohnfläche des Hauses.</w:t>
      </w:r>
    </w:p>
    <w:p>
      <w:pPr>
        <w:pStyle w:val="ListBullet"/>
      </w:pPr>
      <w:r>
        <w:t>Personen: In Ihrer Wohnung leben 2 von 14 Personen des Hauses.</w:t>
      </w:r>
    </w:p>
    <w:p>
      <w:pPr>
        <w:pStyle w:val="ListBullet"/>
      </w:pPr>
      <w:r>
        <w:t>Wohneinheiten: Die Kosten verteilen sich zu gleichen Teilen auf die 6 Wohnungen des Hauses, eine davon ist Ihre.</w:t>
      </w:r>
    </w:p>
    <w:p>
      <w:pPr>
        <w:pStyle w:val="ListBullet"/>
      </w:pPr>
      <w:r>
        <w:t>Direkt zugeordnet: Die Kosten für Heizung und Warmwasser ergeben sich aus der Heizkostenabrechnung des Messdienstes für Ihre Wohnung.</w:t>
      </w:r>
    </w:p>
    <w:p>
      <w:r>
        <w:rPr>
          <w:b/>
        </w:rPr>
        <w:t>Kostenaufstellung:</w:t>
      </w:r>
    </w:p>
    <w:p>
      <w:pPr>
        <w:pStyle w:val="ListBullet"/>
      </w:pPr>
      <w:r>
        <w:t>Heizung und Warmwasser: direkt zugeordnet, Ihr Anteil 980,40 €</w:t>
      </w:r>
    </w:p>
    <w:p>
      <w:pPr>
        <w:pStyle w:val="ListBullet"/>
      </w:pPr>
      <w:r>
        <w:t>Wasser und Abwasser: Gesamtkosten 2.380,00 €, nach Personen (2 von 14), Ihr Anteil 340,00 €</w:t>
      </w:r>
    </w:p>
    <w:p>
      <w:pPr>
        <w:pStyle w:val="ListBullet"/>
      </w:pPr>
      <w:r>
        <w:t>Grundsteuer: Gesamtkosten 1.240,00 €, nach Wohnfläche (68 m² von 412 m²), Ihr Anteil 204,66 €</w:t>
      </w:r>
    </w:p>
    <w:p>
      <w:pPr>
        <w:pStyle w:val="ListBullet"/>
      </w:pPr>
      <w:r>
        <w:t>Müllbeseitigung: Gesamtkosten 960,00 €, nach Wohneinheiten (1 von 6), Ihr Anteil 160,00 €</w:t>
      </w:r>
    </w:p>
    <w:p>
      <w:pPr>
        <w:pStyle w:val="ListBullet"/>
      </w:pPr>
      <w:r>
        <w:t>Sach- und Haftpflichtversicherung: Gesamtkosten 1.420,00 €, nach Wohnfläche, Ihr Anteil 234,37 €</w:t>
      </w:r>
    </w:p>
    <w:p>
      <w:pPr>
        <w:pStyle w:val="ListBullet"/>
      </w:pPr>
      <w:r>
        <w:t>Hauswart: Gesamtkosten 2.160,00 €, nach Wohnfläche, Ihr Anteil 356,50 €</w:t>
      </w:r>
    </w:p>
    <w:p>
      <w:pPr>
        <w:pStyle w:val="ListBullet"/>
      </w:pPr>
      <w:r>
        <w:t>Beleuchtung (Allgemeinstrom): Gesamtkosten 380,00 €, nach Wohnfläche, Ihr Anteil 62,72 €</w:t>
      </w:r>
    </w:p>
    <w:p>
      <w:pPr>
        <w:pStyle w:val="ListBullet"/>
      </w:pPr>
      <w:r>
        <w:t>Sonstige Betriebskosten (Wartung der Rauchwarnmelder): Gesamtkosten 240,00 €, nach Wohnfläche, Ihr Anteil 39,61 €</w:t>
      </w:r>
    </w:p>
    <w:p>
      <w:r>
        <w:t>Summe Ihres Anteils: 2.378,26 €</w:t>
      </w:r>
      <w:r>
        <w:br/>
      </w:r>
      <w:r>
        <w:t>Abzüglich Ihrer Vorauszahlungen: 2.160,00 €</w:t>
      </w:r>
      <w:r>
        <w:br/>
      </w:r>
      <w:r>
        <w:t>Nachzahlung: 218,26 €</w:t>
      </w:r>
    </w:p>
    <w:p>
      <w:r>
        <w:t>Bitte überweisen Sie die Nachzahlung von 218,26 € bis zum [Datum] auf das Ihnen bekannte Konto.</w:t>
      </w:r>
    </w:p>
    <w:p>
      <w:r>
        <w:t>Die Heizkostenabrechnung des Messdienstes liegt dieser Abrechnung bei. Die Rechnungen und Belege zu allen Positionen können Sie nach Absprache in unserem Büro einsehen.</w:t>
      </w:r>
    </w:p>
    <w:p>
      <w:r>
        <w:t>Mit freundlichen Grüßen</w:t>
      </w:r>
    </w:p>
    <w:p>
      <w:r>
        <w:t>[Unterschrift]</w:t>
      </w:r>
      <w:r>
        <w:br/>
      </w:r>
      <w:r>
        <w:t>Beispiel Hausverwaltung GmbH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Betriebskostenabrechnung 2025 für Lindenstraße 12, 2. OG links</dc:title>
  <dc:subject/>
  <dc:creator>ProofDocs</dc:creator>
  <cp:keywords>KI-generiert</cp:keywords>
  <dc:description>Mit KI erstellt (ProofDocs.de). Bitte prüfen Sie den Text vor der Verwendung inhaltlich.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